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משותף למילים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למיין מילים לפי השורש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להשתמש במילים ממשפחה אחת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לאיזו משפחה שייכת המילה?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ב-ע-ט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ש-ח-ק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ש-ע-ר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ב-ע-ט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ש-ח-ק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ש-ע-ר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מילה לשורש 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(ב-ע-ט)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(ש-ע-ר)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(ש-ח-ק)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(ב-ע-ט)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(ש-ח-ק)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(ש-ע-ר)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המשפט במילה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שוער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שחקן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בעט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בעיטה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לשתיהן יש את השורש ש-ע-ר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להן שורשים שונים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ההגדרה של משפחת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שייכת למשפחת ש-ח-ק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המשפט כולל שתי מילים עם אותו שורש בצורה הגיונית, למשל: השוער שמר היטב על השער.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אותיות משותפות למילים מאותה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מילה עם שורש ש-ח-ק, כמו שחקן, משחק, לשחק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שתי מילים עם שורש ב-ע-ט, כמו בעט, בעיטה, בועטים, נבעט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מיון המילים לקבוצות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לכתוב את שלושת השורשים על הלוח כדי שהתלמידים יוכלו להיעזר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הכתיבה אפשר לבקש מהתלמידים להקריא את המשפט שכתבו לכיתה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משפחות מילים בכדורגל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במשחק כדורגל יש מילים דומות. למילים דומות יש שורש אחד. נלמד למיין מילים לפי השורש שלהן.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שלוש אותיות שחוזרות במילים מאותה 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משפחת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מילים עם אותו שורש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בעיטה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פעולה של לבעוט בכדור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השחקן ששומר על השער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שחקן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שמשחק במשחק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אירוע של כדורגל בין שתי קבוצות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שער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בועטים כדי לקלוע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לסדר כל מילה לקבוצה המתאימה לה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לאיזו משפחה שייכת המילה?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לאיזו משפחה שייכת המילה בעיטה?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משפחה שייכת המילה שחקנית?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לאיזו משפחה שייכת המילה שוערת?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לאיזו משפחה שייכת המילה נבעט?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לאיזו משפחה שייכת המילה משחק?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לאיזו משפחה שייכת המילה שערים?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ש-ע-ר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ש-ח-ק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ב-ע-ט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התאימו מילה לשורש שלה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בועטים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ש-ח-ק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שוער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ש-ח-ק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ש-ע-ר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ש-ע-ר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שחקן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ב-ע-ט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שער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ב-ע-ט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המשפט במילה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הקבוצה קלעה שלושה __________ במשחק האחרון.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עצר את הכדור ברגע האחרון.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הילדים אוהבים ל__________ כדורגל בחצר.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של הקבוצה הבקיע גול יפה.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השחקן __________ את הכדור בחוזקה לעבר השער.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הייתה חזקה כל כך שהשוער לא הספיק להגיב.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'שער' ו'שוער'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'בעט' ו'שחקן' שייכות לאותה משפחה.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מאותה משפחה חייבות להיות עם אותו שורש.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'משחק' שייכת למשפחת ב-ע-ט.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משפחת מילים אחת (ב-ע-ט, ש-ע-ר או ש-ח-ק) וכתבו משפט אחד שיש בו שתי מילים מאותה משפחה.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אחת ממשפחת ש-ח-ק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שתי מילים ממשפחת ב-ע-ט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משפחות מילים בכדורגל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