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למילים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השורש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ממשפחה אחת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משפחה שייכת המילה?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ב-ע-ט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ש-ח-ק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ש-ע-ר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(ב-ע-ט)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(ש-ע-ר)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(ש-ח-ק)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(ב-ע-ט)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לשתיהן יש את השורש ש-ע-ר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שתי מילים עם אותו שורש בצורה הגיונית, למשל: השוער שמר היטב על השער.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משותפות למילים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עם שורש ש-ח-ק, כמו שחקן, משחק, לשחק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עם שורש ב-ע-ט, כמו בעט, בעיטה, בועטים, נבעט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מיון המילים לקבוצות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שלושת השורשים על הלוח כדי שהתלמידים יוכלו להיעזר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לבקש מהתלמידים להקריא את המשפט שכתבו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בכדורגל יש הרבה מילים שקשורות זו לזו כי יש להן אותו שורש. בדף הזה נתרגל שלוש משפחות מילים: ב-ע-ט, ש-ע-ר ו-ש-ח-ק.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שוער  ·  שערים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לאיזו משפחה שייכת המילה?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'בעיטה' שייכת למשפחה: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המילה 'שחקנית' שייכת למשפחה: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המילה 'שוערת' שייכת למשפחה: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ש-ח-ק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בועטים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ב-ע-ט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ש-ח-ק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ש-ע-ר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בעט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ב-ע-ט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הקבוצה קלעה שלושה __________ במשחק האחרון.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עצר את הכדור ברגע האחרון.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'שער' ו'שוער'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'בעט' ו'שחקן'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משפחת מילים אחת (ב-ע-ט, ש-ע-ר או ש-ח-ק) וכתבו משפט אחד שיש בו שתי מילים מאותה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אחת ממשפחת ש-ח-ק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